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</w:rPr>
        <w:t>TRABZON NÖBETÇİ AİLE MAHKEMESİ HÂKİMLİĞİNE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2948"/>
          </w:tcPr>
          <w:p>
            <w:r>
              <w:rPr>
                <w:b/>
              </w:rPr>
              <w:t>TALEPTE BULUNAN (KORUNAN KİŞİ) :</w:t>
            </w:r>
          </w:p>
        </w:tc>
        <w:tc>
          <w:tcPr>
            <w:tcW w:type="dxa" w:w="6123"/>
          </w:tcPr>
          <w:p>
            <w:r>
              <w:t>Ad Soyad (T.C. Kimlik No: ...........)</w:t>
              <w:br/>
              <w:t>Adres: Gizli tutulmasını talep ediyorum.</w:t>
              <w:br/>
              <w:t>Telefon: 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KARŞI TARAF (ŞİDDET UYGULAYAN) :</w:t>
            </w:r>
          </w:p>
        </w:tc>
        <w:tc>
          <w:tcPr>
            <w:tcW w:type="dxa" w:w="6123"/>
          </w:tcPr>
          <w:p>
            <w:r>
              <w:t>Ad Soyad (T.C. Kimlik No: biliniyorsa)</w:t>
              <w:br/>
              <w:t>Adres: ...........</w:t>
            </w:r>
          </w:p>
        </w:tc>
      </w:tr>
      <w:tr>
        <w:tc>
          <w:tcPr>
            <w:tcW w:type="dxa" w:w="2948"/>
          </w:tcPr>
          <w:p>
            <w:r>
              <w:rPr>
                <w:b/>
              </w:rPr>
              <w:t>KONU :</w:t>
            </w:r>
          </w:p>
        </w:tc>
        <w:tc>
          <w:tcPr>
            <w:tcW w:type="dxa" w:w="6123"/>
          </w:tcPr>
          <w:p>
            <w:r>
              <w:t>6284 sayılı Kanun uyarınca önleyici ve koruyucu tedbir kararı verilmesi talebimizdir.</w:t>
            </w:r>
          </w:p>
        </w:tc>
      </w:tr>
    </w:tbl>
    <w:p/>
    <w:p>
      <w:r>
        <w:rPr>
          <w:b/>
        </w:rPr>
        <w:t xml:space="preserve">AÇIKLAMALAR : </w:t>
      </w:r>
    </w:p>
    <w:p>
      <w:pPr>
        <w:ind w:left="340"/>
        <w:jc w:val="both"/>
      </w:pPr>
      <w:r>
        <w:t>1. Karşı taraf, eşim / eski eşim / ........... olup ....../....../20.... tarihinden bu yana tarafıma fiziksel / sözlü / ekonomik / psikolojik şiddet uygulamaktadır.</w:t>
      </w:r>
    </w:p>
    <w:p>
      <w:pPr>
        <w:ind w:left="340"/>
        <w:jc w:val="both"/>
      </w:pPr>
      <w:r>
        <w:t>2. En son ....../....../20.... tarihinde saat ...... sularında ............................................................ (olayı kısaca ve tarih sırasıyla anlatınız).</w:t>
      </w:r>
    </w:p>
    <w:p>
      <w:pPr>
        <w:ind w:left="340"/>
        <w:jc w:val="both"/>
      </w:pPr>
      <w:r>
        <w:t>3. Karşı taraf telefon ve sosyal medya üzerinden sürekli mesaj göndererek beni ve çocuklarımı tehdit etmekte, rahatsız etmektedir.</w:t>
      </w:r>
    </w:p>
    <w:p>
      <w:pPr>
        <w:ind w:left="340"/>
        <w:jc w:val="both"/>
      </w:pPr>
      <w:r>
        <w:t>4. 6284 sayılı Kanunun 8/3. maddesi uyarınca tedbir kararı için delil veya belge aranmamakla birlikte, elimdeki mesaj ekran görüntülerini ve varsa hastane raporunu ekte sunuyorum.</w:t>
      </w:r>
    </w:p>
    <w:p>
      <w:r>
        <w:rPr>
          <w:b/>
        </w:rPr>
        <w:t xml:space="preserve">HUKUKİ NEDENLER : </w:t>
      </w:r>
      <w:r>
        <w:t>6284 sayılı Ailenin Korunması ve Kadına Karşı Şiddetin Önlenmesine Dair Kanun m. 4, 5, 8 ve ilgili mevzuat.</w:t>
      </w:r>
    </w:p>
    <w:p>
      <w:r>
        <w:rPr>
          <w:b/>
        </w:rPr>
        <w:t xml:space="preserve">DELİLLER : </w:t>
      </w:r>
      <w:r>
        <w:t>Mesaj ve arama kayıtları, ekran görüntüleri, hastane raporu (varsa), tanık beyanları ve her türlü yasal delil.</w:t>
      </w:r>
    </w:p>
    <w:p>
      <w:r>
        <w:rPr>
          <w:b/>
        </w:rPr>
        <w:t xml:space="preserve">SONUÇ VE İSTEM : </w:t>
      </w:r>
      <w:r>
        <w:t>Yukarıda açıkladığım nedenlerle;</w:t>
      </w:r>
    </w:p>
    <w:p>
      <w:pPr>
        <w:ind w:left="340"/>
        <w:jc w:val="both"/>
      </w:pPr>
      <w:r>
        <w:t>1. Karşı tarafın müşterek konuttan derhâl uzaklaştırılmasına,</w:t>
      </w:r>
    </w:p>
    <w:p>
      <w:pPr>
        <w:ind w:left="340"/>
        <w:jc w:val="both"/>
      </w:pPr>
      <w:r>
        <w:t>2. Bana, çocuklarıma, evime, okuluma ve işyerime yaklaşmamasına,</w:t>
      </w:r>
    </w:p>
    <w:p>
      <w:pPr>
        <w:ind w:left="340"/>
        <w:jc w:val="both"/>
      </w:pPr>
      <w:r>
        <w:t>3. Beni iletişim araçlarıyla veya sair surette rahatsız etmemesine,</w:t>
      </w:r>
    </w:p>
    <w:p>
      <w:pPr>
        <w:ind w:left="340"/>
        <w:jc w:val="both"/>
      </w:pPr>
      <w:r>
        <w:t>4. Şiddet, tehdit, hakaret ve aşağılama içeren söz ve davranışlarda bulunmamasına,</w:t>
      </w:r>
    </w:p>
    <w:p>
      <w:pPr>
        <w:ind w:left="340"/>
        <w:jc w:val="both"/>
      </w:pPr>
      <w:r>
        <w:t>5. Kimlik ve adres bilgilerimin tüm resmi kayıtlarda gizli tutulmasına,</w:t>
      </w:r>
    </w:p>
    <w:p>
      <w:pPr>
        <w:ind w:left="340"/>
        <w:jc w:val="both"/>
      </w:pPr>
      <w:r>
        <w:t>6. Tedbir kararının 6 ay süreyle verilmesine,</w:t>
      </w:r>
    </w:p>
    <w:p>
      <w:pPr>
        <w:jc w:val="both"/>
      </w:pPr>
      <w:r>
        <w:rPr>
          <w:b w:val="0"/>
        </w:rPr>
        <w:t>karar verilmesini saygılarımla talep ederim.</w:t>
      </w:r>
    </w:p>
    <w:p/>
    <w:p>
      <w:pPr>
        <w:jc w:val="right"/>
      </w:pPr>
      <w:r>
        <w:rPr>
          <w:b w:val="0"/>
        </w:rPr>
        <w:t>Tarih: ....../....../20....</w:t>
      </w:r>
    </w:p>
    <w:p>
      <w:pPr>
        <w:spacing w:after="0"/>
        <w:jc w:val="right"/>
      </w:pPr>
      <w:r>
        <w:rPr>
          <w:b/>
        </w:rPr>
        <w:t>Talepte Bulunan</w:t>
      </w:r>
    </w:p>
    <w:p>
      <w:pPr>
        <w:jc w:val="right"/>
      </w:pPr>
      <w:r>
        <w:rPr>
          <w:b w:val="0"/>
        </w:rPr>
        <w:t>Ad Soyad – İmza</w:t>
      </w:r>
    </w:p>
    <w:p/>
    <w:p>
      <w:r>
        <w:rPr>
          <w:b/>
        </w:rPr>
        <w:t xml:space="preserve">EKLER : </w:t>
      </w:r>
    </w:p>
    <w:p>
      <w:r>
        <w:t>1- Mesaj ekran görüntüleri</w:t>
      </w:r>
    </w:p>
    <w:p>
      <w:r>
        <w:t>2- Hastane raporu (varsa)</w:t>
      </w:r>
    </w:p>
    <w:p>
      <w:r>
        <w:t>3- Kimlik fotokopisi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  <w:sz w:val="16"/>
      </w:rPr>
      <w:t>Bu örnek dilekçe alikemalsengul.av.tr tarafından genel bilgilendirme amacıyla hazırlanmıştır. Kendi durumunuza göre düzenleyiniz.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 w:eastAsia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Uzaklaştırma Kararı (6284) Talep Dilekçesi Örneği</dc:title>
  <dc:subject/>
  <dc:creator>alikemalsengul.av.tr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